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DE7" w:rsidRDefault="001A5AB6">
      <w:pPr>
        <w:pStyle w:val="Heading1"/>
      </w:pPr>
      <w:r>
        <w:t>Vendor Registration Form</w:t>
      </w:r>
      <w:r>
        <w:br/>
        <w:t>Horizon Infra Commercial Ltd</w:t>
      </w:r>
    </w:p>
    <w:p w:rsidR="00650DE7" w:rsidRDefault="001A5AB6">
      <w:pPr>
        <w:pStyle w:val="Heading2"/>
      </w:pPr>
      <w:r>
        <w:t>1. Basic Company Details</w:t>
      </w:r>
    </w:p>
    <w:p w:rsidR="00650DE7" w:rsidRDefault="001A5AB6">
      <w:pPr>
        <w:spacing w:after="240"/>
      </w:pPr>
      <w:r>
        <w:t>Legal Name of Firm/Company:</w:t>
      </w:r>
    </w:p>
    <w:p w:rsidR="001A5AB6" w:rsidRDefault="001A5AB6">
      <w:pPr>
        <w:spacing w:after="240"/>
      </w:pPr>
    </w:p>
    <w:p w:rsidR="00650DE7" w:rsidRDefault="001A5AB6">
      <w:pPr>
        <w:spacing w:after="240"/>
      </w:pPr>
      <w:r>
        <w:t>Type (Proprietorship / Partnership / LLP / Pvt Ltd / Public Ltd):</w:t>
      </w:r>
    </w:p>
    <w:p w:rsidR="00650DE7" w:rsidRDefault="001A5AB6">
      <w:pPr>
        <w:spacing w:after="240"/>
      </w:pPr>
      <w:r>
        <w:t>Year of Establishment:</w:t>
      </w:r>
    </w:p>
    <w:p w:rsidR="00650DE7" w:rsidRDefault="001A5AB6">
      <w:pPr>
        <w:spacing w:after="240"/>
      </w:pPr>
      <w:r>
        <w:t>Registered Office Address:</w:t>
      </w:r>
    </w:p>
    <w:p w:rsidR="001A5AB6" w:rsidRDefault="001A5AB6">
      <w:pPr>
        <w:spacing w:after="240"/>
      </w:pPr>
    </w:p>
    <w:p w:rsidR="001A5AB6" w:rsidRDefault="001A5AB6">
      <w:pPr>
        <w:spacing w:after="240"/>
      </w:pPr>
    </w:p>
    <w:p w:rsidR="00650DE7" w:rsidRDefault="001A5AB6">
      <w:pPr>
        <w:pStyle w:val="Heading2"/>
      </w:pPr>
      <w:r>
        <w:t>2. Contact Details</w:t>
      </w:r>
    </w:p>
    <w:p w:rsidR="00650DE7" w:rsidRDefault="001A5AB6">
      <w:pPr>
        <w:spacing w:after="240"/>
      </w:pPr>
      <w:r>
        <w:t xml:space="preserve">Authorized </w:t>
      </w:r>
      <w:r>
        <w:t>Contact Person:</w:t>
      </w:r>
    </w:p>
    <w:p w:rsidR="001A5AB6" w:rsidRDefault="001A5AB6">
      <w:pPr>
        <w:spacing w:after="240"/>
      </w:pPr>
    </w:p>
    <w:p w:rsidR="00650DE7" w:rsidRDefault="001A5AB6">
      <w:pPr>
        <w:spacing w:after="240"/>
      </w:pPr>
      <w:r>
        <w:t>Designation:</w:t>
      </w:r>
    </w:p>
    <w:p w:rsidR="00650DE7" w:rsidRDefault="001A5AB6">
      <w:pPr>
        <w:spacing w:after="240"/>
      </w:pPr>
      <w:r>
        <w:t>Mobile Number:</w:t>
      </w:r>
    </w:p>
    <w:p w:rsidR="00650DE7" w:rsidRDefault="001A5AB6">
      <w:pPr>
        <w:spacing w:after="240"/>
      </w:pPr>
      <w:r>
        <w:t>Email ID:</w:t>
      </w:r>
    </w:p>
    <w:p w:rsidR="00650DE7" w:rsidRDefault="001A5AB6">
      <w:pPr>
        <w:pStyle w:val="Heading2"/>
      </w:pPr>
      <w:r>
        <w:t>3. Statutory &amp; Compliance Details</w:t>
      </w:r>
    </w:p>
    <w:p w:rsidR="00650DE7" w:rsidRDefault="001A5AB6">
      <w:pPr>
        <w:spacing w:after="240"/>
      </w:pPr>
      <w:r>
        <w:t>PAN Number:</w:t>
      </w:r>
    </w:p>
    <w:p w:rsidR="00650DE7" w:rsidRDefault="001A5AB6">
      <w:pPr>
        <w:spacing w:after="240"/>
      </w:pPr>
      <w:r>
        <w:t>GST Number:</w:t>
      </w:r>
    </w:p>
    <w:p w:rsidR="00650DE7" w:rsidRDefault="001A5AB6">
      <w:pPr>
        <w:spacing w:after="240"/>
      </w:pPr>
      <w:r>
        <w:t>CIN / LLPIN (if applicable):</w:t>
      </w:r>
    </w:p>
    <w:p w:rsidR="00650DE7" w:rsidRDefault="001A5AB6">
      <w:pPr>
        <w:spacing w:after="240"/>
      </w:pPr>
      <w:r>
        <w:t>MSME / Udyam Registration No (if any):</w:t>
      </w:r>
    </w:p>
    <w:p w:rsidR="00650DE7" w:rsidRDefault="001A5AB6">
      <w:pPr>
        <w:pStyle w:val="Heading2"/>
      </w:pPr>
      <w:r>
        <w:t>4. Nature of Business (Tick applicable)</w:t>
      </w:r>
    </w:p>
    <w:p w:rsidR="00650DE7" w:rsidRDefault="001A5AB6">
      <w:pPr>
        <w:spacing w:after="240"/>
      </w:pPr>
      <w:r>
        <w:t>☐</w:t>
      </w:r>
      <w:r>
        <w:t xml:space="preserve"> Road &amp; Highway Works</w:t>
      </w:r>
    </w:p>
    <w:p w:rsidR="00650DE7" w:rsidRDefault="001A5AB6">
      <w:pPr>
        <w:spacing w:after="240"/>
      </w:pPr>
      <w:r>
        <w:t>☐</w:t>
      </w:r>
      <w:r>
        <w:t xml:space="preserve"> Building Co</w:t>
      </w:r>
      <w:r>
        <w:t>nstruction</w:t>
      </w:r>
    </w:p>
    <w:p w:rsidR="00650DE7" w:rsidRDefault="001A5AB6">
      <w:pPr>
        <w:spacing w:after="240"/>
      </w:pPr>
      <w:r>
        <w:t>☐</w:t>
      </w:r>
      <w:r>
        <w:t xml:space="preserve"> Solar EPC / Installation</w:t>
      </w:r>
    </w:p>
    <w:p w:rsidR="00650DE7" w:rsidRDefault="001A5AB6">
      <w:pPr>
        <w:spacing w:after="240"/>
      </w:pPr>
      <w:r>
        <w:lastRenderedPageBreak/>
        <w:t>☐</w:t>
      </w:r>
      <w:r>
        <w:t xml:space="preserve"> Transport &amp; Logistics</w:t>
      </w:r>
    </w:p>
    <w:p w:rsidR="00650DE7" w:rsidRDefault="001A5AB6">
      <w:pPr>
        <w:spacing w:after="240"/>
      </w:pPr>
      <w:r>
        <w:t>☐</w:t>
      </w:r>
      <w:r>
        <w:t xml:space="preserve"> Material Supply</w:t>
      </w:r>
    </w:p>
    <w:p w:rsidR="00650DE7" w:rsidRDefault="001A5AB6">
      <w:pPr>
        <w:spacing w:after="240"/>
      </w:pPr>
      <w:r>
        <w:t>☐</w:t>
      </w:r>
      <w:r>
        <w:t xml:space="preserve"> Equipment / Machinery Supply</w:t>
      </w:r>
    </w:p>
    <w:p w:rsidR="00650DE7" w:rsidRDefault="001A5AB6">
      <w:pPr>
        <w:pStyle w:val="Heading2"/>
      </w:pPr>
      <w:r>
        <w:t>5. Technical Capability</w:t>
      </w:r>
    </w:p>
    <w:p w:rsidR="00650DE7" w:rsidRDefault="001A5AB6">
      <w:pPr>
        <w:spacing w:after="240"/>
      </w:pPr>
      <w:r>
        <w:t>Years of Experience:</w:t>
      </w:r>
    </w:p>
    <w:p w:rsidR="001A5AB6" w:rsidRDefault="001A5AB6">
      <w:pPr>
        <w:spacing w:after="240"/>
      </w:pPr>
      <w:r>
        <w:t>Major Completed Projects (Brief): attach single pdf for work completion certificate</w:t>
      </w:r>
    </w:p>
    <w:p w:rsidR="00650DE7" w:rsidRDefault="001A5AB6">
      <w:pPr>
        <w:spacing w:after="240"/>
      </w:pPr>
      <w:r>
        <w:t>Key Machinery / Resources Available: attach file in single pdf</w:t>
      </w:r>
      <w:bookmarkStart w:id="0" w:name="_GoBack"/>
      <w:bookmarkEnd w:id="0"/>
    </w:p>
    <w:p w:rsidR="00650DE7" w:rsidRDefault="001A5AB6">
      <w:pPr>
        <w:pStyle w:val="Heading2"/>
      </w:pPr>
      <w:r>
        <w:t>6. Financial &amp; Bank Details</w:t>
      </w:r>
    </w:p>
    <w:p w:rsidR="00650DE7" w:rsidRDefault="001A5AB6">
      <w:pPr>
        <w:spacing w:after="240"/>
      </w:pPr>
      <w:r>
        <w:t>Average Annual Turnover (optional):</w:t>
      </w:r>
    </w:p>
    <w:p w:rsidR="00650DE7" w:rsidRDefault="001A5AB6">
      <w:pPr>
        <w:spacing w:after="240"/>
      </w:pPr>
      <w:r>
        <w:t>Bank Name &amp; Branch:</w:t>
      </w:r>
    </w:p>
    <w:p w:rsidR="00650DE7" w:rsidRDefault="001A5AB6">
      <w:pPr>
        <w:spacing w:after="240"/>
      </w:pPr>
      <w:r>
        <w:t>Account Holder Name:</w:t>
      </w:r>
    </w:p>
    <w:p w:rsidR="00650DE7" w:rsidRDefault="001A5AB6">
      <w:pPr>
        <w:spacing w:after="240"/>
      </w:pPr>
      <w:r>
        <w:t>IFSC Code:</w:t>
      </w:r>
    </w:p>
    <w:p w:rsidR="00650DE7" w:rsidRDefault="001A5AB6">
      <w:pPr>
        <w:pStyle w:val="Heading2"/>
      </w:pPr>
      <w:r>
        <w:t>7. Declaration</w:t>
      </w:r>
    </w:p>
    <w:p w:rsidR="00650DE7" w:rsidRDefault="001A5AB6">
      <w:r>
        <w:t xml:space="preserve">I/We hereby declare that the information furnished above is true and correct. Registration does not guarantee award of work. Engagement shall be subject </w:t>
      </w:r>
      <w:r>
        <w:t>to company evaluation and approval.</w:t>
      </w:r>
    </w:p>
    <w:p w:rsidR="00650DE7" w:rsidRDefault="001A5AB6">
      <w:r>
        <w:br/>
        <w:t>Authorized Signatory Name &amp; Signature:</w:t>
      </w:r>
      <w:r>
        <w:br/>
        <w:t>Date:</w:t>
      </w:r>
      <w:r>
        <w:br/>
        <w:t>Place:</w:t>
      </w:r>
    </w:p>
    <w:sectPr w:rsidR="00650D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A5AB6"/>
    <w:rsid w:val="0029639D"/>
    <w:rsid w:val="00326F90"/>
    <w:rsid w:val="00650DE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932AA95-B2C9-42F9-BFED-36F9B5C77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6FE0CC-B626-4632-AE76-721BEDC68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1187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2026-02-08T06:20:00Z</dcterms:created>
  <dcterms:modified xsi:type="dcterms:W3CDTF">2026-02-08T06:20:00Z</dcterms:modified>
  <cp:category/>
</cp:coreProperties>
</file>